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B7400" w14:textId="115EF603" w:rsidR="0030278A" w:rsidRDefault="001C2F44" w:rsidP="001C2F44">
      <w:pPr>
        <w:rPr>
          <w:rFonts w:ascii="Aptos" w:hAnsi="Aptos"/>
          <w:b/>
          <w:bCs/>
        </w:rPr>
      </w:pPr>
      <w:r w:rsidRPr="001C2F44">
        <w:rPr>
          <w:rFonts w:ascii="Aptos" w:hAnsi="Aptos"/>
          <w:b/>
          <w:bCs/>
          <w:sz w:val="24"/>
          <w:szCs w:val="24"/>
        </w:rPr>
        <w:t xml:space="preserve">Hardwire Electronics Product </w:t>
      </w:r>
      <w:r w:rsidR="006A439D">
        <w:rPr>
          <w:rFonts w:ascii="Aptos" w:hAnsi="Aptos"/>
          <w:b/>
          <w:bCs/>
          <w:sz w:val="24"/>
          <w:szCs w:val="24"/>
        </w:rPr>
        <w:t>Return</w:t>
      </w:r>
      <w:r w:rsidRPr="001C2F44">
        <w:rPr>
          <w:rFonts w:ascii="Aptos" w:hAnsi="Aptos"/>
          <w:b/>
          <w:bCs/>
          <w:sz w:val="24"/>
          <w:szCs w:val="24"/>
        </w:rPr>
        <w:t xml:space="preserve"> Form</w:t>
      </w:r>
      <w:r w:rsidR="0030278A" w:rsidRPr="001C2F44">
        <w:rPr>
          <w:rFonts w:ascii="Aptos" w:hAnsi="Aptos"/>
          <w:b/>
          <w:bCs/>
          <w:sz w:val="24"/>
          <w:szCs w:val="24"/>
        </w:rPr>
        <w:tab/>
      </w:r>
      <w:r w:rsidR="0030278A" w:rsidRPr="001C2F44">
        <w:rPr>
          <w:rFonts w:ascii="Aptos" w:hAnsi="Aptos"/>
          <w:b/>
          <w:bCs/>
        </w:rPr>
        <w:tab/>
      </w:r>
    </w:p>
    <w:p w14:paraId="11D05223" w14:textId="03AC952E" w:rsidR="006A088E" w:rsidRDefault="006A088E" w:rsidP="001C2F44">
      <w:pPr>
        <w:rPr>
          <w:rFonts w:ascii="Aptos" w:hAnsi="Aptos"/>
        </w:rPr>
      </w:pPr>
      <w:r>
        <w:rPr>
          <w:rFonts w:ascii="Aptos" w:hAnsi="Aptos"/>
        </w:rPr>
        <w:t>If you have a problem with your device and would like to return the device to Hardwire Electronics for repair/replacement, then please fill out this form</w:t>
      </w:r>
      <w:r w:rsidR="005D6D1D">
        <w:rPr>
          <w:rFonts w:ascii="Aptos" w:hAnsi="Aptos"/>
        </w:rPr>
        <w:t xml:space="preserve"> and follow the instructions at the bottom of this document</w:t>
      </w:r>
      <w:r>
        <w:rPr>
          <w:rFonts w:ascii="Aptos" w:hAnsi="Aptos"/>
        </w:rPr>
        <w:t xml:space="preserve">. </w:t>
      </w:r>
    </w:p>
    <w:p w14:paraId="7A1BF955" w14:textId="2A3C1316" w:rsidR="006A088E" w:rsidRPr="001C2F44" w:rsidRDefault="006A088E" w:rsidP="001C2F44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Please read the </w:t>
      </w:r>
      <w:r w:rsidR="005D6D1D">
        <w:rPr>
          <w:rFonts w:ascii="Aptos" w:hAnsi="Aptos"/>
          <w:b/>
          <w:bCs/>
        </w:rPr>
        <w:t>Instructions/ T</w:t>
      </w:r>
      <w:r>
        <w:rPr>
          <w:rFonts w:ascii="Aptos" w:hAnsi="Aptos"/>
          <w:b/>
          <w:bCs/>
        </w:rPr>
        <w:t xml:space="preserve">erms &amp; </w:t>
      </w:r>
      <w:r w:rsidR="005D6D1D">
        <w:rPr>
          <w:rFonts w:ascii="Aptos" w:hAnsi="Aptos"/>
          <w:b/>
          <w:bCs/>
        </w:rPr>
        <w:t>C</w:t>
      </w:r>
      <w:r>
        <w:rPr>
          <w:rFonts w:ascii="Aptos" w:hAnsi="Aptos"/>
          <w:b/>
          <w:bCs/>
        </w:rPr>
        <w:t xml:space="preserve">onditions at the bottom of this document. </w:t>
      </w:r>
    </w:p>
    <w:tbl>
      <w:tblPr>
        <w:tblStyle w:val="PlainTable1"/>
        <w:tblW w:w="0" w:type="auto"/>
        <w:tblLook w:val="0480" w:firstRow="0" w:lastRow="0" w:firstColumn="1" w:lastColumn="0" w:noHBand="0" w:noVBand="1"/>
      </w:tblPr>
      <w:tblGrid>
        <w:gridCol w:w="2972"/>
        <w:gridCol w:w="5658"/>
      </w:tblGrid>
      <w:tr w:rsidR="001C2F44" w:rsidRPr="001C2F44" w14:paraId="14AECEA8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BD6D0F1" w14:textId="113AC5A5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Customer Information</w:t>
            </w:r>
          </w:p>
        </w:tc>
        <w:tc>
          <w:tcPr>
            <w:tcW w:w="5658" w:type="dxa"/>
          </w:tcPr>
          <w:p w14:paraId="0B1A8D63" w14:textId="77777777" w:rsidR="001C2F44" w:rsidRP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A088E" w:rsidRPr="001C2F44" w14:paraId="6B0D0C97" w14:textId="77777777" w:rsidTr="001C2F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AA2D7A2" w14:textId="5016BCDC" w:rsidR="006A088E" w:rsidRPr="001C2F44" w:rsidRDefault="006A088E" w:rsidP="001C2F4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Date  dd:mm:yy</w:t>
            </w:r>
          </w:p>
        </w:tc>
        <w:tc>
          <w:tcPr>
            <w:tcW w:w="5658" w:type="dxa"/>
          </w:tcPr>
          <w:p w14:paraId="7E0A23B5" w14:textId="77777777" w:rsidR="006A088E" w:rsidRDefault="006A088E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4375D8F" w14:textId="77777777" w:rsidR="005D6D1D" w:rsidRPr="001C2F44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46F11539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</w:tcPr>
          <w:p w14:paraId="1DC5D8EE" w14:textId="29C80FD0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Full Name</w:t>
            </w:r>
          </w:p>
        </w:tc>
        <w:tc>
          <w:tcPr>
            <w:tcW w:w="5658" w:type="dxa"/>
            <w:shd w:val="clear" w:color="auto" w:fill="auto"/>
          </w:tcPr>
          <w:p w14:paraId="7BA9ECA4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A1FF46F" w14:textId="77777777" w:rsidR="005D6D1D" w:rsidRPr="001C2F44" w:rsidRDefault="005D6D1D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3F18BF2E" w14:textId="77777777" w:rsidTr="001C2F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4326BC9" w14:textId="13583105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 xml:space="preserve">Company Name </w:t>
            </w:r>
          </w:p>
        </w:tc>
        <w:tc>
          <w:tcPr>
            <w:tcW w:w="5658" w:type="dxa"/>
          </w:tcPr>
          <w:p w14:paraId="2C5A9132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5DB5EA" w14:textId="77777777" w:rsidR="005D6D1D" w:rsidRPr="001C2F44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5375A8A2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</w:tcPr>
          <w:p w14:paraId="000D849C" w14:textId="63D327F0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Email</w:t>
            </w:r>
          </w:p>
        </w:tc>
        <w:tc>
          <w:tcPr>
            <w:tcW w:w="5658" w:type="dxa"/>
            <w:shd w:val="clear" w:color="auto" w:fill="auto"/>
          </w:tcPr>
          <w:p w14:paraId="50C1A18D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1A509CC" w14:textId="77777777" w:rsidR="005D6D1D" w:rsidRPr="001C2F44" w:rsidRDefault="005D6D1D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112ECA2E" w14:textId="77777777" w:rsidTr="001C2F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8ED81F5" w14:textId="4B0EF458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Phone Number</w:t>
            </w:r>
          </w:p>
        </w:tc>
        <w:tc>
          <w:tcPr>
            <w:tcW w:w="5658" w:type="dxa"/>
          </w:tcPr>
          <w:p w14:paraId="7C293402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9F6D3F" w14:textId="77777777" w:rsidR="005D6D1D" w:rsidRPr="001C2F44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70DABB6B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</w:tcPr>
          <w:p w14:paraId="1D9BF7F2" w14:textId="1254DB3B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Return Address</w:t>
            </w:r>
          </w:p>
        </w:tc>
        <w:tc>
          <w:tcPr>
            <w:tcW w:w="5658" w:type="dxa"/>
            <w:shd w:val="clear" w:color="auto" w:fill="auto"/>
          </w:tcPr>
          <w:p w14:paraId="59133202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C6CDDA4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9E1F467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EE45BF5" w14:textId="77777777" w:rsidR="005D6D1D" w:rsidRDefault="005D6D1D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3123C5E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83C2F4" w14:textId="77777777" w:rsidR="001C2F44" w:rsidRP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5CFA11B1" w14:textId="77777777" w:rsidTr="006A0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2F2F2" w:themeFill="background1" w:themeFillShade="F2"/>
          </w:tcPr>
          <w:p w14:paraId="5A3B5CE8" w14:textId="00858C18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Product Details</w:t>
            </w:r>
          </w:p>
        </w:tc>
        <w:tc>
          <w:tcPr>
            <w:tcW w:w="5658" w:type="dxa"/>
            <w:shd w:val="clear" w:color="auto" w:fill="F2F2F2" w:themeFill="background1" w:themeFillShade="F2"/>
          </w:tcPr>
          <w:p w14:paraId="32680E51" w14:textId="77777777" w:rsidR="001C2F44" w:rsidRP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4C781E0E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</w:tcPr>
          <w:p w14:paraId="4C51BB77" w14:textId="6CE64AC9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Model</w:t>
            </w:r>
          </w:p>
        </w:tc>
        <w:tc>
          <w:tcPr>
            <w:tcW w:w="5658" w:type="dxa"/>
            <w:shd w:val="clear" w:color="auto" w:fill="auto"/>
          </w:tcPr>
          <w:p w14:paraId="1A981CF8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691A51C" w14:textId="77777777" w:rsidR="005D6D1D" w:rsidRPr="001C2F44" w:rsidRDefault="005D6D1D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288E2FA1" w14:textId="77777777" w:rsidTr="001C2F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2E216D0" w14:textId="71C5FBA4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Serial Number</w:t>
            </w:r>
          </w:p>
        </w:tc>
        <w:tc>
          <w:tcPr>
            <w:tcW w:w="5658" w:type="dxa"/>
          </w:tcPr>
          <w:p w14:paraId="765B89DF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91F5C5" w14:textId="77777777" w:rsidR="005D6D1D" w:rsidRPr="001C2F44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0118EB26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</w:tcPr>
          <w:p w14:paraId="6E493A20" w14:textId="3401B5D2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Software/Firmware Version</w:t>
            </w:r>
          </w:p>
        </w:tc>
        <w:tc>
          <w:tcPr>
            <w:tcW w:w="5658" w:type="dxa"/>
            <w:shd w:val="clear" w:color="auto" w:fill="auto"/>
          </w:tcPr>
          <w:p w14:paraId="14EF0127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A47D73D" w14:textId="77777777" w:rsidR="005D6D1D" w:rsidRPr="001C2F44" w:rsidRDefault="005D6D1D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583D109B" w14:textId="77777777" w:rsidTr="001C2F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0A8A8D6" w14:textId="39B2FA07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Date of Purchase</w:t>
            </w:r>
          </w:p>
        </w:tc>
        <w:tc>
          <w:tcPr>
            <w:tcW w:w="5658" w:type="dxa"/>
          </w:tcPr>
          <w:p w14:paraId="52D20028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16203EA" w14:textId="77777777" w:rsidR="005D6D1D" w:rsidRPr="001C2F44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7C12993F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</w:tcPr>
          <w:p w14:paraId="23ED8CFA" w14:textId="708E0915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Retailer Purchased From</w:t>
            </w:r>
          </w:p>
        </w:tc>
        <w:tc>
          <w:tcPr>
            <w:tcW w:w="5658" w:type="dxa"/>
            <w:shd w:val="clear" w:color="auto" w:fill="auto"/>
          </w:tcPr>
          <w:p w14:paraId="503E4B27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461EA5" w14:textId="77777777" w:rsidR="005D6D1D" w:rsidRPr="001C2F44" w:rsidRDefault="005D6D1D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6AF6BE7C" w14:textId="77777777" w:rsidTr="001C2F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C82D0C0" w14:textId="68958CDC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 xml:space="preserve">Order/Invoice Number </w:t>
            </w:r>
          </w:p>
        </w:tc>
        <w:tc>
          <w:tcPr>
            <w:tcW w:w="5658" w:type="dxa"/>
          </w:tcPr>
          <w:p w14:paraId="2DA227D6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18F2122" w14:textId="77777777" w:rsidR="005D6D1D" w:rsidRPr="001C2F44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62CE35C9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D6EF626" w14:textId="1BF244CD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Issue Description</w:t>
            </w:r>
          </w:p>
        </w:tc>
        <w:tc>
          <w:tcPr>
            <w:tcW w:w="5658" w:type="dxa"/>
          </w:tcPr>
          <w:p w14:paraId="64E5E6A5" w14:textId="77777777" w:rsidR="001C2F44" w:rsidRP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27BA416F" w14:textId="77777777" w:rsidTr="001C2F4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1D610807" w14:textId="2A859FD6" w:rsidR="001C2F44" w:rsidRPr="001C2F44" w:rsidRDefault="001C2F44" w:rsidP="001C2F44">
            <w:pPr>
              <w:rPr>
                <w:rFonts w:ascii="Aptos" w:hAnsi="Aptos"/>
              </w:rPr>
            </w:pPr>
            <w:r w:rsidRPr="001C2F44">
              <w:rPr>
                <w:rFonts w:ascii="Aptos" w:hAnsi="Aptos"/>
              </w:rPr>
              <w:t>Symptoms/Issue</w:t>
            </w:r>
            <w:r w:rsidR="006A088E">
              <w:rPr>
                <w:rFonts w:ascii="Aptos" w:hAnsi="Aptos"/>
              </w:rPr>
              <w:t>s</w:t>
            </w:r>
            <w:r w:rsidRPr="001C2F44">
              <w:rPr>
                <w:rFonts w:ascii="Aptos" w:hAnsi="Aptos"/>
              </w:rPr>
              <w:t xml:space="preserve"> Experienced</w:t>
            </w:r>
          </w:p>
        </w:tc>
        <w:tc>
          <w:tcPr>
            <w:tcW w:w="5658" w:type="dxa"/>
            <w:shd w:val="clear" w:color="auto" w:fill="FFFFFF" w:themeFill="background1"/>
          </w:tcPr>
          <w:p w14:paraId="6CE86E5E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B33869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715D59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9519CD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F83C340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828927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AD74C28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21E998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54704C1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BF26E2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D32C71E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A34438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83A0C6" w14:textId="77777777" w:rsidR="005D6D1D" w:rsidRDefault="005D6D1D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E7DB5F5" w14:textId="4CAE850A" w:rsidR="001C2F44" w:rsidRP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4A78CA2A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F4E96BA" w14:textId="3AA93F30" w:rsidR="001C2F44" w:rsidRPr="001C2F44" w:rsidRDefault="001C2F44" w:rsidP="001C2F4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Issue Cause</w:t>
            </w:r>
          </w:p>
        </w:tc>
        <w:tc>
          <w:tcPr>
            <w:tcW w:w="5658" w:type="dxa"/>
          </w:tcPr>
          <w:p w14:paraId="64F9492A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016EE0F5" w14:textId="77777777" w:rsidTr="001C2F4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4F727E00" w14:textId="77777777" w:rsidR="001C2F44" w:rsidRDefault="001C2F44" w:rsidP="001C2F44">
            <w:pPr>
              <w:rPr>
                <w:rFonts w:ascii="Aptos" w:hAnsi="Aptos"/>
                <w:b w:val="0"/>
                <w:bCs w:val="0"/>
              </w:rPr>
            </w:pPr>
            <w:r>
              <w:rPr>
                <w:rFonts w:ascii="Aptos" w:hAnsi="Aptos"/>
              </w:rPr>
              <w:t>Potential reason for issue? (</w:t>
            </w:r>
            <w:r w:rsidR="006A088E">
              <w:rPr>
                <w:rFonts w:ascii="Aptos" w:hAnsi="Aptos"/>
              </w:rPr>
              <w:t>e.g.</w:t>
            </w:r>
            <w:r>
              <w:rPr>
                <w:rFonts w:ascii="Aptos" w:hAnsi="Aptos"/>
              </w:rPr>
              <w:t xml:space="preserve"> incorrect wiring, physical damage)</w:t>
            </w:r>
          </w:p>
          <w:p w14:paraId="6750B7C4" w14:textId="790A7571" w:rsidR="006A088E" w:rsidRDefault="006A088E" w:rsidP="001C2F44">
            <w:pPr>
              <w:rPr>
                <w:rFonts w:ascii="Aptos" w:hAnsi="Aptos"/>
              </w:rPr>
            </w:pPr>
          </w:p>
        </w:tc>
        <w:tc>
          <w:tcPr>
            <w:tcW w:w="5658" w:type="dxa"/>
            <w:shd w:val="clear" w:color="auto" w:fill="FFFFFF" w:themeFill="background1"/>
          </w:tcPr>
          <w:p w14:paraId="3013CA29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C850FB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B1F0879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93243E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DF1B69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C403614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F18EDD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B5460BA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0867077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71B829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A6D610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C2F44" w:rsidRPr="001C2F44" w14:paraId="7E4597A0" w14:textId="77777777" w:rsidTr="001C2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971C3A2" w14:textId="56A5B27E" w:rsidR="001C2F44" w:rsidRDefault="001C2F44" w:rsidP="001C2F44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Additional Comments</w:t>
            </w:r>
          </w:p>
        </w:tc>
        <w:tc>
          <w:tcPr>
            <w:tcW w:w="5658" w:type="dxa"/>
          </w:tcPr>
          <w:p w14:paraId="0C6AF4FF" w14:textId="77777777" w:rsidR="001C2F44" w:rsidRDefault="001C2F44" w:rsidP="001C2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C2F44" w:rsidRPr="001C2F44" w14:paraId="7F7C1C9B" w14:textId="77777777" w:rsidTr="001C2F4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0BCBB6FF" w14:textId="77777777" w:rsidR="001C2F44" w:rsidRDefault="001C2F44" w:rsidP="001C2F44">
            <w:pPr>
              <w:rPr>
                <w:rFonts w:ascii="Aptos" w:hAnsi="Aptos"/>
              </w:rPr>
            </w:pPr>
          </w:p>
        </w:tc>
        <w:tc>
          <w:tcPr>
            <w:tcW w:w="5658" w:type="dxa"/>
            <w:shd w:val="clear" w:color="auto" w:fill="FFFFFF" w:themeFill="background1"/>
          </w:tcPr>
          <w:p w14:paraId="29F933F1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758FCE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97793B3" w14:textId="77777777" w:rsidR="001C2F44" w:rsidRDefault="001C2F44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DDCB097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A5AB14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038112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D1D53D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3814A1" w14:textId="77777777" w:rsidR="00DD7FF6" w:rsidRDefault="00DD7FF6" w:rsidP="001C2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69FDA5B" w14:textId="77777777" w:rsidR="005D6D1D" w:rsidRDefault="005D6D1D" w:rsidP="005D6D1D">
      <w:pPr>
        <w:rPr>
          <w:rFonts w:ascii="Aptos" w:hAnsi="Aptos"/>
          <w:b/>
          <w:bCs/>
        </w:rPr>
      </w:pPr>
    </w:p>
    <w:p w14:paraId="32808A94" w14:textId="71BEFA93" w:rsidR="005D6D1D" w:rsidRPr="005D6D1D" w:rsidRDefault="005D6D1D" w:rsidP="005D6D1D">
      <w:pPr>
        <w:rPr>
          <w:rFonts w:ascii="Aptos" w:hAnsi="Aptos"/>
          <w:lang w:val="en-GB"/>
        </w:rPr>
      </w:pPr>
      <w:r w:rsidRPr="005D6D1D">
        <w:rPr>
          <w:rFonts w:ascii="Aptos" w:hAnsi="Aptos"/>
          <w:b/>
          <w:bCs/>
          <w:lang w:val="en-GB"/>
        </w:rPr>
        <w:t>Terms and Conditions</w:t>
      </w:r>
    </w:p>
    <w:p w14:paraId="08511980" w14:textId="77777777" w:rsidR="005D6D1D" w:rsidRDefault="005D6D1D" w:rsidP="006A439D">
      <w:p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b/>
          <w:bCs/>
          <w:lang w:val="en-GB"/>
        </w:rPr>
        <w:t>1. Warranty Coverage</w:t>
      </w:r>
      <w:r w:rsidRPr="005D6D1D">
        <w:rPr>
          <w:rFonts w:ascii="Aptos" w:hAnsi="Aptos"/>
          <w:lang w:val="en-GB"/>
        </w:rPr>
        <w:br/>
        <w:t xml:space="preserve">Hardwire Electronics provides a </w:t>
      </w:r>
      <w:r w:rsidRPr="005D6D1D">
        <w:rPr>
          <w:rFonts w:ascii="Aptos" w:hAnsi="Aptos"/>
          <w:b/>
          <w:bCs/>
          <w:lang w:val="en-GB"/>
        </w:rPr>
        <w:t>one-year full warranty</w:t>
      </w:r>
      <w:r w:rsidRPr="005D6D1D">
        <w:rPr>
          <w:rFonts w:ascii="Aptos" w:hAnsi="Aptos"/>
          <w:lang w:val="en-GB"/>
        </w:rPr>
        <w:t xml:space="preserve"> from the date of purchase. This warranty covers repairs and replacements under the conditions outlined below.</w:t>
      </w:r>
    </w:p>
    <w:p w14:paraId="73BA26BA" w14:textId="77777777" w:rsidR="006A439D" w:rsidRPr="005D6D1D" w:rsidRDefault="006A439D" w:rsidP="006A439D">
      <w:pPr>
        <w:spacing w:after="0"/>
        <w:rPr>
          <w:rFonts w:ascii="Aptos" w:hAnsi="Aptos"/>
          <w:lang w:val="en-GB"/>
        </w:rPr>
      </w:pPr>
    </w:p>
    <w:p w14:paraId="2A4BECCA" w14:textId="77777777" w:rsidR="005D6D1D" w:rsidRPr="005D6D1D" w:rsidRDefault="005D6D1D" w:rsidP="006A439D">
      <w:p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b/>
          <w:bCs/>
          <w:lang w:val="en-GB"/>
        </w:rPr>
        <w:t>2. Warranty Terms</w:t>
      </w:r>
      <w:r w:rsidRPr="005D6D1D">
        <w:rPr>
          <w:rFonts w:ascii="Aptos" w:hAnsi="Aptos"/>
          <w:lang w:val="en-GB"/>
        </w:rPr>
        <w:br/>
        <w:t>The following table details the coverage provided during and after the warranty period: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2681"/>
      </w:tblGrid>
      <w:tr w:rsidR="006A439D" w:rsidRPr="005D6D1D" w14:paraId="7F851C9D" w14:textId="77777777" w:rsidTr="006A439D">
        <w:tc>
          <w:tcPr>
            <w:tcW w:w="3256" w:type="dxa"/>
            <w:shd w:val="clear" w:color="auto" w:fill="F2F2F2" w:themeFill="background1" w:themeFillShade="F2"/>
            <w:hideMark/>
          </w:tcPr>
          <w:p w14:paraId="3DC7B815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b/>
                <w:bCs/>
                <w:lang w:val="en-GB"/>
              </w:rPr>
            </w:pPr>
            <w:r w:rsidRPr="005D6D1D">
              <w:rPr>
                <w:rFonts w:ascii="Aptos" w:hAnsi="Aptos"/>
                <w:b/>
                <w:bCs/>
                <w:lang w:val="en-GB"/>
              </w:rPr>
              <w:t>Service</w:t>
            </w:r>
          </w:p>
        </w:tc>
        <w:tc>
          <w:tcPr>
            <w:tcW w:w="2693" w:type="dxa"/>
            <w:shd w:val="clear" w:color="auto" w:fill="F2F2F2" w:themeFill="background1" w:themeFillShade="F2"/>
            <w:hideMark/>
          </w:tcPr>
          <w:p w14:paraId="31EDC809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b/>
                <w:bCs/>
                <w:lang w:val="en-GB"/>
              </w:rPr>
            </w:pPr>
            <w:r w:rsidRPr="005D6D1D">
              <w:rPr>
                <w:rFonts w:ascii="Aptos" w:hAnsi="Aptos"/>
                <w:b/>
                <w:bCs/>
                <w:lang w:val="en-GB"/>
              </w:rPr>
              <w:t>During Warranty Period</w:t>
            </w:r>
          </w:p>
        </w:tc>
        <w:tc>
          <w:tcPr>
            <w:tcW w:w="2681" w:type="dxa"/>
            <w:shd w:val="clear" w:color="auto" w:fill="F2F2F2" w:themeFill="background1" w:themeFillShade="F2"/>
            <w:hideMark/>
          </w:tcPr>
          <w:p w14:paraId="0A1FC2E9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b/>
                <w:bCs/>
                <w:lang w:val="en-GB"/>
              </w:rPr>
            </w:pPr>
            <w:r w:rsidRPr="005D6D1D">
              <w:rPr>
                <w:rFonts w:ascii="Aptos" w:hAnsi="Aptos"/>
                <w:b/>
                <w:bCs/>
                <w:lang w:val="en-GB"/>
              </w:rPr>
              <w:t>After Warranty Period</w:t>
            </w:r>
          </w:p>
        </w:tc>
      </w:tr>
      <w:tr w:rsidR="006A439D" w:rsidRPr="005D6D1D" w14:paraId="2E50C6EE" w14:textId="77777777" w:rsidTr="006A439D">
        <w:tc>
          <w:tcPr>
            <w:tcW w:w="3256" w:type="dxa"/>
            <w:shd w:val="clear" w:color="auto" w:fill="F2F2F2" w:themeFill="background1" w:themeFillShade="F2"/>
            <w:hideMark/>
          </w:tcPr>
          <w:p w14:paraId="30A7A72D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Device Repair</w:t>
            </w:r>
          </w:p>
        </w:tc>
        <w:tc>
          <w:tcPr>
            <w:tcW w:w="2693" w:type="dxa"/>
            <w:hideMark/>
          </w:tcPr>
          <w:p w14:paraId="2AC531CE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Free</w:t>
            </w:r>
          </w:p>
        </w:tc>
        <w:tc>
          <w:tcPr>
            <w:tcW w:w="2681" w:type="dxa"/>
            <w:hideMark/>
          </w:tcPr>
          <w:p w14:paraId="6A14781C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Free (where possible)</w:t>
            </w:r>
          </w:p>
        </w:tc>
      </w:tr>
      <w:tr w:rsidR="006A439D" w:rsidRPr="005D6D1D" w14:paraId="3CD253F8" w14:textId="77777777" w:rsidTr="006A439D">
        <w:tc>
          <w:tcPr>
            <w:tcW w:w="3256" w:type="dxa"/>
            <w:shd w:val="clear" w:color="auto" w:fill="F2F2F2" w:themeFill="background1" w:themeFillShade="F2"/>
            <w:hideMark/>
          </w:tcPr>
          <w:p w14:paraId="6BEC5C7E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Device Replacement</w:t>
            </w:r>
          </w:p>
        </w:tc>
        <w:tc>
          <w:tcPr>
            <w:tcW w:w="2693" w:type="dxa"/>
            <w:hideMark/>
          </w:tcPr>
          <w:p w14:paraId="65A54B47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Free</w:t>
            </w:r>
          </w:p>
        </w:tc>
        <w:tc>
          <w:tcPr>
            <w:tcW w:w="2681" w:type="dxa"/>
            <w:hideMark/>
          </w:tcPr>
          <w:p w14:paraId="1145C63A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Discounted price</w:t>
            </w:r>
          </w:p>
        </w:tc>
      </w:tr>
      <w:tr w:rsidR="006A439D" w:rsidRPr="005D6D1D" w14:paraId="1CB00302" w14:textId="77777777" w:rsidTr="006A439D">
        <w:tc>
          <w:tcPr>
            <w:tcW w:w="3256" w:type="dxa"/>
            <w:shd w:val="clear" w:color="auto" w:fill="F2F2F2" w:themeFill="background1" w:themeFillShade="F2"/>
            <w:hideMark/>
          </w:tcPr>
          <w:p w14:paraId="6BEC3412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Shipping (Customer to Hardwire Electronics)</w:t>
            </w:r>
          </w:p>
        </w:tc>
        <w:tc>
          <w:tcPr>
            <w:tcW w:w="2693" w:type="dxa"/>
            <w:hideMark/>
          </w:tcPr>
          <w:p w14:paraId="5F9694B7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Customer pays</w:t>
            </w:r>
          </w:p>
        </w:tc>
        <w:tc>
          <w:tcPr>
            <w:tcW w:w="2681" w:type="dxa"/>
            <w:hideMark/>
          </w:tcPr>
          <w:p w14:paraId="2ED42C30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Customer pays</w:t>
            </w:r>
          </w:p>
        </w:tc>
      </w:tr>
      <w:tr w:rsidR="006A439D" w:rsidRPr="005D6D1D" w14:paraId="1987DCA2" w14:textId="77777777" w:rsidTr="006A439D">
        <w:tc>
          <w:tcPr>
            <w:tcW w:w="3256" w:type="dxa"/>
            <w:shd w:val="clear" w:color="auto" w:fill="F2F2F2" w:themeFill="background1" w:themeFillShade="F2"/>
            <w:hideMark/>
          </w:tcPr>
          <w:p w14:paraId="277027D7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Shipping (Hardwire Electronics to Customer)</w:t>
            </w:r>
          </w:p>
        </w:tc>
        <w:tc>
          <w:tcPr>
            <w:tcW w:w="2693" w:type="dxa"/>
            <w:hideMark/>
          </w:tcPr>
          <w:p w14:paraId="14B51ADB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Free</w:t>
            </w:r>
          </w:p>
        </w:tc>
        <w:tc>
          <w:tcPr>
            <w:tcW w:w="2681" w:type="dxa"/>
            <w:hideMark/>
          </w:tcPr>
          <w:p w14:paraId="02D3FC6F" w14:textId="77777777" w:rsidR="005D6D1D" w:rsidRPr="005D6D1D" w:rsidRDefault="005D6D1D" w:rsidP="006A439D">
            <w:pPr>
              <w:spacing w:line="276" w:lineRule="auto"/>
              <w:rPr>
                <w:rFonts w:ascii="Aptos" w:hAnsi="Aptos"/>
                <w:lang w:val="en-GB"/>
              </w:rPr>
            </w:pPr>
            <w:r w:rsidRPr="005D6D1D">
              <w:rPr>
                <w:rFonts w:ascii="Aptos" w:hAnsi="Aptos"/>
                <w:lang w:val="en-GB"/>
              </w:rPr>
              <w:t>Customer pays</w:t>
            </w:r>
          </w:p>
        </w:tc>
      </w:tr>
    </w:tbl>
    <w:p w14:paraId="7FAA6CC4" w14:textId="77777777" w:rsidR="006A439D" w:rsidRDefault="006A439D" w:rsidP="006A439D">
      <w:pPr>
        <w:spacing w:after="0"/>
        <w:rPr>
          <w:rFonts w:ascii="Aptos" w:hAnsi="Aptos"/>
          <w:b/>
          <w:bCs/>
          <w:lang w:val="en-GB"/>
        </w:rPr>
      </w:pPr>
    </w:p>
    <w:p w14:paraId="0C27F013" w14:textId="2CA98D9C" w:rsidR="005D6D1D" w:rsidRPr="005D6D1D" w:rsidRDefault="005D6D1D" w:rsidP="006A439D">
      <w:p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b/>
          <w:bCs/>
          <w:lang w:val="en-GB"/>
        </w:rPr>
        <w:t>3. Warranty Limitations</w:t>
      </w:r>
    </w:p>
    <w:p w14:paraId="7331BC60" w14:textId="77777777" w:rsidR="005D6D1D" w:rsidRPr="005D6D1D" w:rsidRDefault="005D6D1D" w:rsidP="006A439D">
      <w:pPr>
        <w:numPr>
          <w:ilvl w:val="0"/>
          <w:numId w:val="10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The warranty does not cover damage caused by misuse, unauthorized modifications, or external factors such as accidents or natural disasters.</w:t>
      </w:r>
    </w:p>
    <w:p w14:paraId="5614A6E9" w14:textId="77777777" w:rsidR="005D6D1D" w:rsidRPr="005D6D1D" w:rsidRDefault="005D6D1D" w:rsidP="006A439D">
      <w:pPr>
        <w:numPr>
          <w:ilvl w:val="0"/>
          <w:numId w:val="10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lastRenderedPageBreak/>
        <w:t>Repairs after the warranty period are subject to parts availability.</w:t>
      </w:r>
    </w:p>
    <w:p w14:paraId="7154122E" w14:textId="77777777" w:rsidR="005D6D1D" w:rsidRPr="005D6D1D" w:rsidRDefault="005D6D1D" w:rsidP="006A439D">
      <w:pPr>
        <w:numPr>
          <w:ilvl w:val="0"/>
          <w:numId w:val="10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Replacement devices after the warranty period will be offered at a discounted price, subject to stock availability.</w:t>
      </w:r>
    </w:p>
    <w:p w14:paraId="4B93383C" w14:textId="77777777" w:rsidR="006A439D" w:rsidRDefault="006A439D" w:rsidP="006A439D">
      <w:pPr>
        <w:spacing w:after="0"/>
        <w:rPr>
          <w:rFonts w:ascii="Aptos" w:hAnsi="Aptos"/>
          <w:b/>
          <w:bCs/>
          <w:lang w:val="en-GB"/>
        </w:rPr>
      </w:pPr>
    </w:p>
    <w:p w14:paraId="414A713C" w14:textId="5F9E00D8" w:rsidR="005D6D1D" w:rsidRPr="005D6D1D" w:rsidRDefault="005D6D1D" w:rsidP="006A439D">
      <w:p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b/>
          <w:bCs/>
          <w:lang w:val="en-GB"/>
        </w:rPr>
        <w:t>4. Claim Process</w:t>
      </w:r>
      <w:r w:rsidRPr="005D6D1D">
        <w:rPr>
          <w:rFonts w:ascii="Aptos" w:hAnsi="Aptos"/>
          <w:lang w:val="en-GB"/>
        </w:rPr>
        <w:br/>
        <w:t>To claim warranty services, customers must:</w:t>
      </w:r>
    </w:p>
    <w:p w14:paraId="5FE6F4D2" w14:textId="77777777" w:rsidR="005D6D1D" w:rsidRPr="005D6D1D" w:rsidRDefault="005D6D1D" w:rsidP="006A439D">
      <w:pPr>
        <w:numPr>
          <w:ilvl w:val="0"/>
          <w:numId w:val="11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Provide proof of purchase.</w:t>
      </w:r>
    </w:p>
    <w:p w14:paraId="3A4AF6F4" w14:textId="77777777" w:rsidR="005D6D1D" w:rsidRPr="005D6D1D" w:rsidRDefault="005D6D1D" w:rsidP="006A439D">
      <w:pPr>
        <w:numPr>
          <w:ilvl w:val="0"/>
          <w:numId w:val="11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Contact Hardwire Electronics for return authorization before sending the device.</w:t>
      </w:r>
    </w:p>
    <w:p w14:paraId="68F0C03C" w14:textId="77777777" w:rsidR="005D6D1D" w:rsidRPr="005D6D1D" w:rsidRDefault="005D6D1D" w:rsidP="006A439D">
      <w:pPr>
        <w:numPr>
          <w:ilvl w:val="0"/>
          <w:numId w:val="11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Cover the cost of shipping the device to Hardwire Electronics.</w:t>
      </w:r>
    </w:p>
    <w:p w14:paraId="7CA8AC02" w14:textId="77777777" w:rsidR="006A439D" w:rsidRDefault="006A439D" w:rsidP="006A439D">
      <w:pPr>
        <w:spacing w:after="0"/>
        <w:rPr>
          <w:rFonts w:ascii="Aptos" w:hAnsi="Aptos"/>
          <w:b/>
          <w:bCs/>
          <w:lang w:val="en-GB"/>
        </w:rPr>
      </w:pPr>
    </w:p>
    <w:p w14:paraId="770BB694" w14:textId="69E12080" w:rsidR="005D6D1D" w:rsidRPr="005D6D1D" w:rsidRDefault="005D6D1D" w:rsidP="006A439D">
      <w:p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b/>
          <w:bCs/>
          <w:lang w:val="en-GB"/>
        </w:rPr>
        <w:t>5. General Provisions</w:t>
      </w:r>
    </w:p>
    <w:p w14:paraId="1768447A" w14:textId="77777777" w:rsidR="005D6D1D" w:rsidRPr="005D6D1D" w:rsidRDefault="005D6D1D" w:rsidP="006A439D">
      <w:pPr>
        <w:numPr>
          <w:ilvl w:val="0"/>
          <w:numId w:val="12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Hardwire Electronics reserves the right to modify these terms and conditions without prior notice.</w:t>
      </w:r>
    </w:p>
    <w:p w14:paraId="1617C7C7" w14:textId="77777777" w:rsidR="005D6D1D" w:rsidRPr="005D6D1D" w:rsidRDefault="005D6D1D" w:rsidP="006A439D">
      <w:pPr>
        <w:numPr>
          <w:ilvl w:val="0"/>
          <w:numId w:val="12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This warranty is non-transferable and applies only to the original purchaser.</w:t>
      </w:r>
    </w:p>
    <w:p w14:paraId="2957CD66" w14:textId="77777777" w:rsidR="005D6D1D" w:rsidRPr="005D6D1D" w:rsidRDefault="005D6D1D" w:rsidP="006A439D">
      <w:pPr>
        <w:numPr>
          <w:ilvl w:val="0"/>
          <w:numId w:val="12"/>
        </w:num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>All repairs and replacements are subject to evaluation by Hardwire Electronics.</w:t>
      </w:r>
    </w:p>
    <w:p w14:paraId="21EC38E7" w14:textId="77777777" w:rsidR="006A439D" w:rsidRDefault="006A439D" w:rsidP="006A439D">
      <w:pPr>
        <w:spacing w:after="0"/>
        <w:rPr>
          <w:rFonts w:ascii="Aptos" w:hAnsi="Aptos"/>
          <w:lang w:val="en-GB"/>
        </w:rPr>
      </w:pPr>
    </w:p>
    <w:p w14:paraId="286F8D0F" w14:textId="2178CE60" w:rsidR="005D6D1D" w:rsidRPr="005D6D1D" w:rsidRDefault="005D6D1D" w:rsidP="006A439D">
      <w:pPr>
        <w:spacing w:after="0"/>
        <w:rPr>
          <w:rFonts w:ascii="Aptos" w:hAnsi="Aptos"/>
          <w:lang w:val="en-GB"/>
        </w:rPr>
      </w:pPr>
      <w:r w:rsidRPr="005D6D1D">
        <w:rPr>
          <w:rFonts w:ascii="Aptos" w:hAnsi="Aptos"/>
          <w:lang w:val="en-GB"/>
        </w:rPr>
        <w:t xml:space="preserve">For further assistance, please contact </w:t>
      </w:r>
      <w:r w:rsidR="006A439D">
        <w:rPr>
          <w:rFonts w:ascii="Aptos" w:hAnsi="Aptos"/>
          <w:lang w:val="en-GB"/>
        </w:rPr>
        <w:t xml:space="preserve">us at </w:t>
      </w:r>
      <w:hyperlink r:id="rId6" w:history="1">
        <w:r w:rsidR="006A439D" w:rsidRPr="000F00FC">
          <w:rPr>
            <w:rStyle w:val="Hyperlink"/>
            <w:rFonts w:ascii="Aptos" w:hAnsi="Aptos"/>
            <w:lang w:val="en-GB"/>
          </w:rPr>
          <w:t>contact@hardwire-electronics.co.uk</w:t>
        </w:r>
      </w:hyperlink>
    </w:p>
    <w:p w14:paraId="00321B94" w14:textId="77777777" w:rsidR="006A088E" w:rsidRPr="006A088E" w:rsidRDefault="006A088E" w:rsidP="006A088E">
      <w:pPr>
        <w:rPr>
          <w:rFonts w:ascii="Aptos" w:hAnsi="Aptos"/>
        </w:rPr>
      </w:pPr>
    </w:p>
    <w:p w14:paraId="53135EB8" w14:textId="0DCDB959" w:rsidR="006A439D" w:rsidRDefault="006A439D" w:rsidP="006A439D">
      <w:pPr>
        <w:rPr>
          <w:rFonts w:ascii="Aptos" w:hAnsi="Aptos"/>
          <w:b/>
          <w:bCs/>
          <w:lang w:val="en-GB"/>
        </w:rPr>
      </w:pPr>
      <w:r>
        <w:rPr>
          <w:rFonts w:ascii="Aptos" w:hAnsi="Aptos"/>
          <w:b/>
          <w:bCs/>
          <w:lang w:val="en-GB"/>
        </w:rPr>
        <w:t xml:space="preserve">Instructions for Returning Items. </w:t>
      </w:r>
    </w:p>
    <w:p w14:paraId="10F292C9" w14:textId="662D3393" w:rsidR="006A439D" w:rsidRDefault="006A439D" w:rsidP="006A439D">
      <w:pPr>
        <w:pStyle w:val="ListParagraph"/>
        <w:numPr>
          <w:ilvl w:val="0"/>
          <w:numId w:val="13"/>
        </w:numPr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>Fill</w:t>
      </w:r>
      <w:r w:rsidRPr="006A439D">
        <w:rPr>
          <w:rFonts w:ascii="Aptos" w:hAnsi="Aptos"/>
          <w:lang w:val="en-GB"/>
        </w:rPr>
        <w:t xml:space="preserve"> out the form in full. </w:t>
      </w:r>
    </w:p>
    <w:p w14:paraId="1C66B4B7" w14:textId="7A11950E" w:rsidR="006A439D" w:rsidRDefault="006A439D" w:rsidP="006A439D">
      <w:pPr>
        <w:pStyle w:val="ListParagraph"/>
        <w:numPr>
          <w:ilvl w:val="0"/>
          <w:numId w:val="13"/>
        </w:numPr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 xml:space="preserve">Email the form to </w:t>
      </w:r>
      <w:hyperlink r:id="rId7" w:history="1">
        <w:r w:rsidRPr="000F00FC">
          <w:rPr>
            <w:rStyle w:val="Hyperlink"/>
            <w:rFonts w:ascii="Aptos" w:hAnsi="Aptos"/>
            <w:lang w:val="en-GB"/>
          </w:rPr>
          <w:t>contact@hardwire-electronics.co.uk</w:t>
        </w:r>
      </w:hyperlink>
      <w:r>
        <w:rPr>
          <w:rFonts w:ascii="Aptos" w:hAnsi="Aptos"/>
          <w:lang w:val="en-GB"/>
        </w:rPr>
        <w:t xml:space="preserve">. We will authorise a return if all troubleshooting steps have been taken. </w:t>
      </w:r>
    </w:p>
    <w:p w14:paraId="27C0612C" w14:textId="4134158C" w:rsidR="006A439D" w:rsidRDefault="006A439D" w:rsidP="006A439D">
      <w:pPr>
        <w:pStyle w:val="ListParagraph"/>
        <w:numPr>
          <w:ilvl w:val="0"/>
          <w:numId w:val="13"/>
        </w:numPr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 xml:space="preserve">Print out the form and put it in the box with the device to be returned. </w:t>
      </w:r>
    </w:p>
    <w:p w14:paraId="74FC6496" w14:textId="639FEAE5" w:rsidR="006A439D" w:rsidRDefault="006A439D" w:rsidP="006A439D">
      <w:pPr>
        <w:pStyle w:val="ListParagraph"/>
        <w:numPr>
          <w:ilvl w:val="0"/>
          <w:numId w:val="13"/>
        </w:numPr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>Only send the device, not the accessories that came with it.</w:t>
      </w:r>
    </w:p>
    <w:p w14:paraId="5AE8F1CF" w14:textId="62AE0F6D" w:rsidR="006A439D" w:rsidRDefault="006A439D" w:rsidP="006A439D">
      <w:pPr>
        <w:pStyle w:val="ListParagraph"/>
        <w:numPr>
          <w:ilvl w:val="0"/>
          <w:numId w:val="13"/>
        </w:numPr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>Ship the device to the address below –</w:t>
      </w:r>
    </w:p>
    <w:p w14:paraId="056AB04D" w14:textId="2881C777" w:rsidR="006A439D" w:rsidRDefault="006A439D" w:rsidP="00BA5CBC">
      <w:pPr>
        <w:spacing w:after="0"/>
        <w:ind w:left="360"/>
        <w:rPr>
          <w:rFonts w:ascii="Aptos" w:hAnsi="Aptos"/>
          <w:lang w:val="en-GB"/>
        </w:rPr>
      </w:pPr>
      <w:r w:rsidRPr="00BA5CBC">
        <w:rPr>
          <w:rFonts w:ascii="Aptos" w:hAnsi="Aptos"/>
          <w:b/>
          <w:bCs/>
          <w:lang w:val="en-GB"/>
        </w:rPr>
        <w:t>Name</w:t>
      </w:r>
      <w:r>
        <w:rPr>
          <w:rFonts w:ascii="Aptos" w:hAnsi="Aptos"/>
          <w:lang w:val="en-GB"/>
        </w:rPr>
        <w:t>: George Stokes</w:t>
      </w:r>
    </w:p>
    <w:p w14:paraId="15C0C719" w14:textId="2FA1F0DF" w:rsidR="006A439D" w:rsidRDefault="006A439D" w:rsidP="00BA5CBC">
      <w:pPr>
        <w:spacing w:after="0"/>
        <w:ind w:left="360"/>
        <w:rPr>
          <w:rFonts w:ascii="Aptos" w:hAnsi="Aptos"/>
          <w:lang w:val="en-GB"/>
        </w:rPr>
      </w:pPr>
      <w:r w:rsidRPr="00BA5CBC">
        <w:rPr>
          <w:rFonts w:ascii="Aptos" w:hAnsi="Aptos"/>
          <w:b/>
          <w:bCs/>
          <w:lang w:val="en-GB"/>
        </w:rPr>
        <w:t>Company</w:t>
      </w:r>
      <w:r>
        <w:rPr>
          <w:rFonts w:ascii="Aptos" w:hAnsi="Aptos"/>
          <w:lang w:val="en-GB"/>
        </w:rPr>
        <w:t>: Hardwire Electronics Ltd</w:t>
      </w:r>
    </w:p>
    <w:p w14:paraId="58C0B689" w14:textId="5DE3200C" w:rsidR="006A439D" w:rsidRDefault="006A439D" w:rsidP="00BA5CBC">
      <w:pPr>
        <w:spacing w:after="0"/>
        <w:ind w:left="360"/>
        <w:rPr>
          <w:rFonts w:ascii="Aptos" w:hAnsi="Aptos"/>
          <w:lang w:val="en-GB"/>
        </w:rPr>
      </w:pPr>
      <w:r w:rsidRPr="00BA5CBC">
        <w:rPr>
          <w:rFonts w:ascii="Aptos" w:hAnsi="Aptos"/>
          <w:b/>
          <w:bCs/>
          <w:lang w:val="en-GB"/>
        </w:rPr>
        <w:t>Address</w:t>
      </w:r>
      <w:r>
        <w:rPr>
          <w:rFonts w:ascii="Aptos" w:hAnsi="Aptos"/>
          <w:lang w:val="en-GB"/>
        </w:rPr>
        <w:t xml:space="preserve">: Unit </w:t>
      </w:r>
      <w:r w:rsidR="001D6334">
        <w:rPr>
          <w:rFonts w:ascii="Aptos" w:hAnsi="Aptos"/>
          <w:lang w:val="en-GB"/>
        </w:rPr>
        <w:t>3A</w:t>
      </w:r>
      <w:r>
        <w:rPr>
          <w:rFonts w:ascii="Aptos" w:hAnsi="Aptos"/>
          <w:lang w:val="en-GB"/>
        </w:rPr>
        <w:t>, Roxby Road Industrial Estate, Winterton, UK, DN159SU</w:t>
      </w:r>
    </w:p>
    <w:p w14:paraId="132A0F27" w14:textId="21B59388" w:rsidR="006A439D" w:rsidRDefault="006A439D" w:rsidP="00BA5CBC">
      <w:pPr>
        <w:spacing w:after="0"/>
        <w:ind w:left="360"/>
        <w:rPr>
          <w:rFonts w:ascii="Aptos" w:hAnsi="Aptos"/>
          <w:lang w:val="en-GB"/>
        </w:rPr>
      </w:pPr>
      <w:r w:rsidRPr="00BA5CBC">
        <w:rPr>
          <w:rFonts w:ascii="Aptos" w:hAnsi="Aptos"/>
          <w:b/>
          <w:bCs/>
          <w:lang w:val="en-GB"/>
        </w:rPr>
        <w:t>Telephone</w:t>
      </w:r>
      <w:r>
        <w:rPr>
          <w:rFonts w:ascii="Aptos" w:hAnsi="Aptos"/>
          <w:lang w:val="en-GB"/>
        </w:rPr>
        <w:t>: +44</w:t>
      </w:r>
      <w:r w:rsidR="00BA5CBC">
        <w:rPr>
          <w:rFonts w:ascii="Aptos" w:hAnsi="Aptos"/>
          <w:lang w:val="en-GB"/>
        </w:rPr>
        <w:t xml:space="preserve"> (0) </w:t>
      </w:r>
      <w:r>
        <w:rPr>
          <w:rFonts w:ascii="Aptos" w:hAnsi="Aptos"/>
          <w:lang w:val="en-GB"/>
        </w:rPr>
        <w:t>1652</w:t>
      </w:r>
      <w:r w:rsidR="00BA5CBC">
        <w:rPr>
          <w:rFonts w:ascii="Aptos" w:hAnsi="Aptos"/>
          <w:lang w:val="en-GB"/>
        </w:rPr>
        <w:t xml:space="preserve"> 638375</w:t>
      </w:r>
    </w:p>
    <w:p w14:paraId="6F1D4412" w14:textId="77777777" w:rsidR="00BA5CBC" w:rsidRDefault="00BA5CBC" w:rsidP="00BA5CBC">
      <w:pPr>
        <w:spacing w:after="0"/>
        <w:ind w:left="360"/>
        <w:rPr>
          <w:rFonts w:ascii="Aptos" w:hAnsi="Aptos"/>
          <w:lang w:val="en-GB"/>
        </w:rPr>
      </w:pPr>
    </w:p>
    <w:p w14:paraId="59D9145F" w14:textId="7FC20A7E" w:rsidR="00BA5CBC" w:rsidRDefault="00BA5CBC" w:rsidP="00BA5CBC">
      <w:pPr>
        <w:pStyle w:val="ListParagraph"/>
        <w:numPr>
          <w:ilvl w:val="0"/>
          <w:numId w:val="13"/>
        </w:numPr>
        <w:spacing w:after="0"/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 xml:space="preserve">Make sure that the item is </w:t>
      </w:r>
      <w:r w:rsidRPr="00BA5CBC">
        <w:rPr>
          <w:rFonts w:ascii="Aptos" w:hAnsi="Aptos"/>
          <w:b/>
          <w:bCs/>
          <w:lang w:val="en-GB"/>
        </w:rPr>
        <w:t>delivered</w:t>
      </w:r>
      <w:r>
        <w:rPr>
          <w:rFonts w:ascii="Aptos" w:hAnsi="Aptos"/>
          <w:lang w:val="en-GB"/>
        </w:rPr>
        <w:t xml:space="preserve"> </w:t>
      </w:r>
      <w:r w:rsidRPr="00BA5CBC">
        <w:rPr>
          <w:rFonts w:ascii="Aptos" w:hAnsi="Aptos"/>
          <w:b/>
          <w:bCs/>
          <w:lang w:val="en-GB"/>
        </w:rPr>
        <w:t>duty paid</w:t>
      </w:r>
      <w:r w:rsidR="00DD7FF6">
        <w:rPr>
          <w:rFonts w:ascii="Aptos" w:hAnsi="Aptos"/>
          <w:b/>
          <w:bCs/>
          <w:lang w:val="en-GB"/>
        </w:rPr>
        <w:t xml:space="preserve">. </w:t>
      </w:r>
      <w:r w:rsidR="00DD7FF6">
        <w:rPr>
          <w:rFonts w:ascii="Aptos" w:hAnsi="Aptos"/>
          <w:lang w:val="en-GB"/>
        </w:rPr>
        <w:t xml:space="preserve">Mark the item as return for repair with a nominal value of £10. </w:t>
      </w:r>
    </w:p>
    <w:p w14:paraId="35B858B6" w14:textId="7806E50B" w:rsidR="00DD7FF6" w:rsidRDefault="00DD7FF6" w:rsidP="00BA5CBC">
      <w:pPr>
        <w:pStyle w:val="ListParagraph"/>
        <w:numPr>
          <w:ilvl w:val="0"/>
          <w:numId w:val="13"/>
        </w:numPr>
        <w:spacing w:after="0"/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 xml:space="preserve">Send tracking details to </w:t>
      </w:r>
      <w:hyperlink r:id="rId8" w:history="1">
        <w:r w:rsidRPr="000F00FC">
          <w:rPr>
            <w:rStyle w:val="Hyperlink"/>
            <w:rFonts w:ascii="Aptos" w:hAnsi="Aptos"/>
            <w:lang w:val="en-GB"/>
          </w:rPr>
          <w:t>contact@hardwire-electronics.co.uk</w:t>
        </w:r>
      </w:hyperlink>
    </w:p>
    <w:p w14:paraId="409793A0" w14:textId="5C48760D" w:rsidR="00DD7FF6" w:rsidRDefault="00DD7FF6" w:rsidP="00BA5CBC">
      <w:pPr>
        <w:pStyle w:val="ListParagraph"/>
        <w:numPr>
          <w:ilvl w:val="0"/>
          <w:numId w:val="13"/>
        </w:numPr>
        <w:spacing w:after="0"/>
        <w:rPr>
          <w:rFonts w:ascii="Aptos" w:hAnsi="Aptos"/>
          <w:lang w:val="en-GB"/>
        </w:rPr>
      </w:pPr>
      <w:r>
        <w:rPr>
          <w:rFonts w:ascii="Aptos" w:hAnsi="Aptos"/>
          <w:lang w:val="en-GB"/>
        </w:rPr>
        <w:t xml:space="preserve">We aim to repair/replace the product within 2 days of it arriving with us. </w:t>
      </w:r>
    </w:p>
    <w:p w14:paraId="346A5C78" w14:textId="77777777" w:rsidR="00DD7FF6" w:rsidRPr="00BA5CBC" w:rsidRDefault="00DD7FF6" w:rsidP="00DD7FF6">
      <w:pPr>
        <w:pStyle w:val="ListParagraph"/>
        <w:spacing w:after="0"/>
        <w:rPr>
          <w:rFonts w:ascii="Aptos" w:hAnsi="Aptos"/>
          <w:lang w:val="en-GB"/>
        </w:rPr>
      </w:pPr>
    </w:p>
    <w:p w14:paraId="4E9066DC" w14:textId="77777777" w:rsidR="006A088E" w:rsidRPr="006A088E" w:rsidRDefault="006A088E">
      <w:pPr>
        <w:rPr>
          <w:rFonts w:ascii="Aptos" w:hAnsi="Aptos"/>
          <w:b/>
          <w:bCs/>
        </w:rPr>
      </w:pPr>
    </w:p>
    <w:sectPr w:rsidR="006A088E" w:rsidRPr="006A088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A3182"/>
    <w:multiLevelType w:val="multilevel"/>
    <w:tmpl w:val="113C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8E7E18"/>
    <w:multiLevelType w:val="hybridMultilevel"/>
    <w:tmpl w:val="4ACCCA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A776C"/>
    <w:multiLevelType w:val="multilevel"/>
    <w:tmpl w:val="98F6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CF1BDA"/>
    <w:multiLevelType w:val="multilevel"/>
    <w:tmpl w:val="7BE8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289102">
    <w:abstractNumId w:val="8"/>
  </w:num>
  <w:num w:numId="2" w16cid:durableId="1236237405">
    <w:abstractNumId w:val="6"/>
  </w:num>
  <w:num w:numId="3" w16cid:durableId="1520653728">
    <w:abstractNumId w:val="5"/>
  </w:num>
  <w:num w:numId="4" w16cid:durableId="1156147489">
    <w:abstractNumId w:val="4"/>
  </w:num>
  <w:num w:numId="5" w16cid:durableId="1666281256">
    <w:abstractNumId w:val="7"/>
  </w:num>
  <w:num w:numId="6" w16cid:durableId="1408379204">
    <w:abstractNumId w:val="3"/>
  </w:num>
  <w:num w:numId="7" w16cid:durableId="1345668201">
    <w:abstractNumId w:val="2"/>
  </w:num>
  <w:num w:numId="8" w16cid:durableId="1045909559">
    <w:abstractNumId w:val="1"/>
  </w:num>
  <w:num w:numId="9" w16cid:durableId="488325248">
    <w:abstractNumId w:val="0"/>
  </w:num>
  <w:num w:numId="10" w16cid:durableId="960376857">
    <w:abstractNumId w:val="9"/>
  </w:num>
  <w:num w:numId="11" w16cid:durableId="979967368">
    <w:abstractNumId w:val="12"/>
  </w:num>
  <w:num w:numId="12" w16cid:durableId="1871259365">
    <w:abstractNumId w:val="11"/>
  </w:num>
  <w:num w:numId="13" w16cid:durableId="2832736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F44"/>
    <w:rsid w:val="001D6334"/>
    <w:rsid w:val="0029639D"/>
    <w:rsid w:val="0030278A"/>
    <w:rsid w:val="00326F90"/>
    <w:rsid w:val="004D579E"/>
    <w:rsid w:val="005C3917"/>
    <w:rsid w:val="005D6D1D"/>
    <w:rsid w:val="006A088E"/>
    <w:rsid w:val="006A439D"/>
    <w:rsid w:val="00AA1D8D"/>
    <w:rsid w:val="00B47730"/>
    <w:rsid w:val="00BA5CBC"/>
    <w:rsid w:val="00C60E67"/>
    <w:rsid w:val="00CB0664"/>
    <w:rsid w:val="00DD7FF6"/>
    <w:rsid w:val="00EA54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B9B434"/>
  <w14:defaultImageDpi w14:val="300"/>
  <w15:docId w15:val="{7FBB5B9A-C02D-4E2F-B30C-7BA41872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1C2F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6A43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3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hardwire-electronics.co.uk" TargetMode="External"/><Relationship Id="rId3" Type="http://schemas.openxmlformats.org/officeDocument/2006/relationships/styles" Target="styles.xml"/><Relationship Id="rId7" Type="http://schemas.openxmlformats.org/officeDocument/2006/relationships/hyperlink" Target="mailto:contact@hardwire-electronics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tact@hardwire-electronics.co.u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Max Garcia</cp:lastModifiedBy>
  <cp:revision>4</cp:revision>
  <dcterms:created xsi:type="dcterms:W3CDTF">2025-03-14T09:16:00Z</dcterms:created>
  <dcterms:modified xsi:type="dcterms:W3CDTF">2026-10-14T14:12:00Z</dcterms:modified>
  <cp:category/>
</cp:coreProperties>
</file>